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CONTRAT D'APPORTEUR D'AFFAIRES</w:t>
      </w:r>
    </w:p>
    <w:p>
      <w:pPr>
        <w:jc w:val="center"/>
      </w:pPr>
      <w:r>
        <w:rPr>
          <w:i/>
          <w:color w:val="6B6B6B"/>
          <w:sz w:val="22"/>
        </w:rPr>
        <w:t>Accord de collaboration commerciale</w:t>
      </w:r>
    </w:p>
    <w:p>
      <w:r>
        <w:rPr>
          <w:i/>
          <w:color w:val="8F6E00"/>
          <w:sz w:val="18"/>
        </w:rPr>
        <w:t>Modèle du réseau — remplacer tous les champs [entre crochets] par tes informations avant signature.</w:t>
      </w:r>
    </w:p>
    <w:p/>
    <w:p>
      <w:r>
        <w:rPr>
          <w:b/>
        </w:rPr>
        <w:t>Accord de Collaboration Commerciale — Entre les soussignés :</w:t>
      </w:r>
    </w:p>
    <w:p>
      <w:r>
        <w:t>Le Partenaire : [NOM DE TA CONCIERGERIE] — Représenté par : [Nom, prénom, qualité] — Adresse : [___] — Téléphone : [___] — Email : [___]. D'une part,</w:t>
      </w:r>
    </w:p>
    <w:p>
      <w:r>
        <w:t>Et l'Intermédiaire : [Nom commercial], [forme juridique], au capital de [Montant] MAD, siège social situé à [Adresse], immatriculé au Registre de Commerce sous le numéro [R.C.] à [Ville]. Représenté par : [Nom, prénom, qualité] — Téléphone : [___] — Email : [___]. D'autre part,</w:t>
      </w:r>
    </w:p>
    <w:p>
      <w:r>
        <w:t>Ci-après désignés ensemble comme « les Parties », ont convenu ce qui suit :</w:t>
      </w:r>
    </w:p>
    <w:p>
      <w:r>
        <w:rPr>
          <w:b/>
          <w:sz w:val="26"/>
        </w:rPr>
        <w:t>Article 1 – Objet du Contrat</w:t>
      </w:r>
    </w:p>
    <w:p>
      <w:r>
        <w:t>L'Intermédiaire s'engage à présenter au Partenaire des prospects potentiellement intéressés par les services de conciergerie fournis par le Partenaire. L'Intermédiaire facilitera la mise en relation entre le prospect et le Partenaire en vue de conclure des contrats de services. L'Intermédiaire reconnaît ne détenir aucun droit de propriété sur les clients introduits au Partenaire.</w:t>
      </w:r>
    </w:p>
    <w:p>
      <w:r>
        <w:rPr>
          <w:b/>
          <w:sz w:val="26"/>
        </w:rPr>
        <w:t>Article 2 – Indépendance de l'Intermédiaire</w:t>
      </w:r>
    </w:p>
    <w:p>
      <w:r>
        <w:t>L'Intermédiaire agit en toute indépendance et liberté concernant la gestion de ses activités et le choix de ses collaborateurs. Aucune relation de subordination n'existe entre les Parties.</w:t>
      </w:r>
    </w:p>
    <w:p>
      <w:r>
        <w:rPr>
          <w:b/>
          <w:sz w:val="26"/>
        </w:rPr>
        <w:t>Article 3 – Garanties de l'Intermédiaire</w:t>
      </w:r>
    </w:p>
    <w:p>
      <w:r>
        <w:t>L'Intermédiaire certifie, sous sa responsabilité, qu'aucun contrat existant ne l'empêche d'accomplir sa mission. Il protège le Partenaire contre toute réclamation provenant de tiers lésés par son intervention.</w:t>
      </w:r>
    </w:p>
    <w:p>
      <w:r>
        <w:rPr>
          <w:b/>
          <w:sz w:val="26"/>
        </w:rPr>
        <w:t>Article 4 – Rémunération de l'Intermédiaire</w:t>
      </w:r>
    </w:p>
    <w:p>
      <w:r>
        <w:t>La rémunération de l'Intermédiaire sera une commission de [X] % du montant HT des contrats signés grâce à son intervention (ou une alternative de [Montant] MAD par contrat signé).</w:t>
      </w:r>
    </w:p>
    <w:p>
      <w:r>
        <w:t>Toute commission est due après réception par le Partenaire des factures émises par l'Intermédiaire. Aucune commission n'est due en cas d'insolvabilité manifeste du client ou d'impossibilité d'exécuter les prestations pour cause de force majeure.</w:t>
      </w:r>
    </w:p>
    <w:p>
      <w:r>
        <w:t>L'Intermédiaire prend en charge l'intégralité des charges sociales, impôts et taxes liés aux commissions perçues.</w:t>
      </w:r>
    </w:p>
    <w:p>
      <w:r>
        <w:rPr>
          <w:b/>
          <w:sz w:val="26"/>
        </w:rPr>
        <w:t>Article 5 – Durée et Résiliation du Contrat</w:t>
      </w:r>
    </w:p>
    <w:p>
      <w:r>
        <w:t>Le contrat est conclu pour une durée indéterminée à compter de sa signature. Chaque Partie peut y mettre fin en respectant un préavis d'un mois par notification écrite envoyée par lettre recommandée avec accusé de réception.</w:t>
      </w:r>
    </w:p>
    <w:p>
      <w:r>
        <w:rPr>
          <w:b/>
          <w:sz w:val="26"/>
        </w:rPr>
        <w:t>Article 6 – Loi applicable et règlement des litiges</w:t>
      </w:r>
    </w:p>
    <w:p>
      <w:r>
        <w:t>Ce contrat est soumis exclusivement au droit marocain. Tout différend relatif à son interprétation ou exécution sera soumis à la compétence exclusive des tribunaux du lieu du siège social du Partenaire.</w:t>
      </w:r>
    </w:p>
    <w:p/>
    <w:p>
      <w:r>
        <w:t>Fait à [ville], le [date], en deux exemplaires originaux.</w:t>
      </w:r>
    </w:p>
    <w:p>
      <w:r>
        <w:rPr>
          <w:b/>
        </w:rPr>
        <w:t>Signature du Partenaire : ____________________     Signature de l'Intermédiaire : ____________________</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